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New cleaning client intake</w:t>
      </w:r>
    </w:p>
    <w:p>
      <w:r>
        <w:t>OWNER COPY • Part 1 of 2</w:t>
      </w:r>
    </w:p>
    <w:p>
      <w:r>
        <w:t>Use this pack to agree a home-cleaning visit, brief the crew and check the result. Complete pages 1–2 with the client. Send only the finished welcome note on page 3. Keep page 4 for the crew. Page 5 is a made-up example, not a customer record.</w:t>
      </w:r>
    </w:p>
    <w:p>
      <w:r>
        <w:t>Edit the bracketed fields in Word. Add room or task lines as needed, then print the completed crew checklist if useful. Store completed copies privately. Do not write door codes, passwords or card details anywhere in this pack.</w:t>
      </w:r>
    </w:p>
    <w:p>
      <w:pPr>
        <w:pStyle w:val="Heading1"/>
      </w:pPr>
      <w:r>
        <w:t>Contact and booking</w:t>
      </w:r>
    </w:p>
    <w:p>
      <w:r>
        <w:rPr>
          <w:b/>
        </w:rPr>
        <w:t xml:space="preserve">Client and record ID  </w:t>
      </w:r>
      <w:r>
        <w:t>[Enter details]</w:t>
      </w:r>
    </w:p>
    <w:p>
      <w:r>
        <w:rPr>
          <w:b/>
        </w:rPr>
        <w:t xml:space="preserve">Service address  </w:t>
      </w:r>
      <w:r>
        <w:t>[Street, unit, city and postal code]</w:t>
      </w:r>
    </w:p>
    <w:p>
      <w:r>
        <w:rPr>
          <w:b/>
        </w:rPr>
        <w:t xml:space="preserve">Main contact  </w:t>
      </w:r>
      <w:r>
        <w:t>[Name and agreed contact detail]</w:t>
      </w:r>
    </w:p>
    <w:p>
      <w:r>
        <w:rPr>
          <w:b/>
        </w:rPr>
        <w:t xml:space="preserve">Service updates  </w:t>
      </w:r>
      <w:r>
        <w:t>[Call / email / text; preferred contact time]</w:t>
      </w:r>
    </w:p>
    <w:p>
      <w:r>
        <w:rPr>
          <w:b/>
        </w:rPr>
        <w:t xml:space="preserve">First visit  </w:t>
      </w:r>
      <w:r>
        <w:t>[Date and arrival window]</w:t>
      </w:r>
    </w:p>
    <w:p>
      <w:r>
        <w:rPr>
          <w:b/>
        </w:rPr>
        <w:t xml:space="preserve">Visit frequency  </w:t>
      </w:r>
      <w:r>
        <w:t>[One visit / weekly / every two weeks / other]</w:t>
      </w:r>
    </w:p>
    <w:p>
      <w:pPr>
        <w:pStyle w:val="Heading1"/>
      </w:pPr>
      <w:r>
        <w:t>Work and price</w:t>
      </w:r>
    </w:p>
    <w:p>
      <w:r>
        <w:rPr>
          <w:b/>
        </w:rPr>
        <w:t xml:space="preserve">Home and condition  </w:t>
      </w:r>
      <w:r>
        <w:t>[Rooms, size and current condition]</w:t>
      </w:r>
    </w:p>
    <w:p>
      <w:r>
        <w:rPr>
          <w:b/>
        </w:rPr>
        <w:t xml:space="preserve">Included work  </w:t>
      </w:r>
      <w:r>
        <w:t>[Tasks by room, or attached agreed task list]</w:t>
      </w:r>
    </w:p>
    <w:p>
      <w:r>
        <w:rPr>
          <w:b/>
        </w:rPr>
        <w:t xml:space="preserve">Excluded work  </w:t>
      </w:r>
      <w:r>
        <w:t>[Rooms, surfaces and tasks not included]</w:t>
      </w:r>
    </w:p>
    <w:p>
      <w:r>
        <w:rPr>
          <w:b/>
        </w:rPr>
        <w:t xml:space="preserve">Paid extras  </w:t>
      </w:r>
      <w:r>
        <w:t>[Task and price, or none]</w:t>
      </w:r>
    </w:p>
    <w:p>
      <w:r>
        <w:rPr>
          <w:b/>
        </w:rPr>
        <w:t xml:space="preserve">Agreed price  </w:t>
      </w:r>
      <w:r>
        <w:t>[Price before tax, applicable tax and fees, total; per visit or other]</w:t>
      </w:r>
    </w:p>
    <w:p>
      <w:r>
        <w:rPr>
          <w:b/>
        </w:rPr>
        <w:t xml:space="preserve">Payment terms  </w:t>
      </w:r>
      <w:r>
        <w:t>[Method and due date; no card details here]</w:t>
      </w:r>
    </w:p>
    <w:p>
      <w:r>
        <w:rPr>
          <w:b/>
        </w:rPr>
        <w:t xml:space="preserve">Cancellation notice  </w:t>
      </w:r>
      <w:r>
        <w:t>[Agreed notice and any applicable fee; attach terms]</w:t>
      </w:r>
    </w:p>
    <w:p>
      <w:r>
        <w:rPr>
          <w:b/>
        </w:rPr>
        <w:t xml:space="preserve">Confirmed by  </w:t>
      </w:r>
      <w:r>
        <w:t>[Client and owner names, date and record of agreement]</w:t>
      </w:r>
    </w:p>
    <w:p>
      <w:pPr>
        <w:pStyle w:val="Title"/>
        <w:pageBreakBefore/>
      </w:pPr>
      <w:r>
        <w:t>Prepare the home and access</w:t>
      </w:r>
    </w:p>
    <w:p>
      <w:r>
        <w:t>OWNER COPY • Part 2 of 2</w:t>
      </w:r>
    </w:p>
    <w:p>
      <w:r>
        <w:t>Client / record ID: [Enter ID]. Updated by [name] on [date]. Confirm these details before the crew travels. Share only the instructions the assigned team needs.</w:t>
      </w:r>
    </w:p>
    <w:p>
      <w:pPr>
        <w:pStyle w:val="Heading1"/>
      </w:pPr>
      <w:r>
        <w:t>Before arrival</w:t>
      </w:r>
    </w:p>
    <w:p>
      <w:r>
        <w:rPr>
          <w:b/>
        </w:rPr>
        <w:t xml:space="preserve">Parking and route in  </w:t>
      </w:r>
      <w:r>
        <w:t>[Allowed space, building entry and any restrictions]</w:t>
      </w:r>
    </w:p>
    <w:p>
      <w:r>
        <w:rPr>
          <w:b/>
        </w:rPr>
        <w:t xml:space="preserve">Pets  </w:t>
      </w:r>
      <w:r>
        <w:t>[Type, safe location and who will secure them]</w:t>
      </w:r>
    </w:p>
    <w:p>
      <w:r>
        <w:rPr>
          <w:b/>
        </w:rPr>
        <w:t xml:space="preserve">Client preparation  </w:t>
      </w:r>
      <w:r>
        <w:t>[What must be cleared, put away or made ready]</w:t>
      </w:r>
    </w:p>
    <w:p>
      <w:r>
        <w:rPr>
          <w:b/>
        </w:rPr>
        <w:t xml:space="preserve">Surface care  </w:t>
      </w:r>
      <w:r>
        <w:t>[Delicate finishes and care instructions to check]</w:t>
      </w:r>
    </w:p>
    <w:p>
      <w:r>
        <w:rPr>
          <w:b/>
        </w:rPr>
        <w:t xml:space="preserve">Products to avoid  </w:t>
      </w:r>
      <w:r>
        <w:t>[Product restriction only; no medical diagnosis needed]</w:t>
      </w:r>
    </w:p>
    <w:p>
      <w:r>
        <w:rPr>
          <w:b/>
        </w:rPr>
        <w:t xml:space="preserve">Entry method  </w:t>
      </w:r>
      <w:r>
        <w:t>[Client opens / managed key / approved private access record]</w:t>
      </w:r>
    </w:p>
    <w:p>
      <w:r>
        <w:rPr>
          <w:b/>
        </w:rPr>
        <w:t xml:space="preserve">Private access reference  </w:t>
      </w:r>
      <w:r>
        <w:t>[Record ID only, never the actual code]</w:t>
      </w:r>
    </w:p>
    <w:p>
      <w:r>
        <w:rPr>
          <w:b/>
        </w:rPr>
        <w:t xml:space="preserve">Leaving the home  </w:t>
      </w:r>
      <w:r>
        <w:t>[Lock-up, windows, pets and alarm procedure reference]</w:t>
      </w:r>
    </w:p>
    <w:p>
      <w:r>
        <w:rPr>
          <w:b/>
        </w:rPr>
        <w:t xml:space="preserve">Backup contact if needed  </w:t>
      </w:r>
      <w:r>
        <w:t>[Name, contact detail and permission to contact]</w:t>
      </w:r>
    </w:p>
    <w:p>
      <w:pPr>
        <w:pStyle w:val="Heading1"/>
      </w:pPr>
      <w:r>
        <w:t>Photo choices</w:t>
      </w:r>
    </w:p>
    <w:p>
      <w:r>
        <w:t>Ask separately about photos used to document the work and photos you want to publish. This records the client’s choice; it is not a complete legal release. A cleaning booking alone does not give marketing permission.</w:t>
      </w:r>
    </w:p>
    <w:p>
      <w:r>
        <w:rPr>
          <w:b/>
        </w:rPr>
        <w:t xml:space="preserve">Job photos  </w:t>
      </w:r>
      <w:r>
        <w:t>[Allowed / not allowed; what may be photographed and who may see it]</w:t>
      </w:r>
    </w:p>
    <w:p>
      <w:r>
        <w:rPr>
          <w:b/>
        </w:rPr>
        <w:t xml:space="preserve">Marketing photos  </w:t>
      </w:r>
      <w:r>
        <w:t>[Separate permission record / not allowed / not asked]</w:t>
      </w:r>
    </w:p>
    <w:p>
      <w:r>
        <w:rPr>
          <w:b/>
        </w:rPr>
        <w:t xml:space="preserve">Permission record  </w:t>
      </w:r>
      <w:r>
        <w:t>[Who agreed, date, limits and where the record is stored]</w:t>
      </w:r>
    </w:p>
    <w:p>
      <w:r>
        <w:t>If permission is missing or unclear, do not take or publish the photo. Keep people, private papers, valuables and identifying details out of the shot.</w:t>
      </w:r>
    </w:p>
    <w:p>
      <w:r>
        <w:rPr>
          <w:b/>
        </w:rPr>
        <w:t xml:space="preserve">Open questions  </w:t>
      </w:r>
      <w:r>
        <w:t>[Question, person responsible and date to resolve]</w:t>
      </w:r>
    </w:p>
    <w:p>
      <w:r>
        <w:rPr>
          <w:b/>
        </w:rPr>
        <w:t xml:space="preserve">Ready to send crew  </w:t>
      </w:r>
      <w:r>
        <w:t>[Yes / hold; owner name and date]</w:t>
      </w:r>
    </w:p>
    <w:p>
      <w:pPr>
        <w:pStyle w:val="Title"/>
        <w:pageBreakBefore/>
      </w:pPr>
      <w:r>
        <w:t>Welcome to your first clean</w:t>
      </w:r>
    </w:p>
    <w:p>
      <w:r>
        <w:t>CLIENT COPY • Replace all bracketed text before sending</w:t>
      </w:r>
    </w:p>
    <w:p>
      <w:r>
        <w:rPr>
          <w:b/>
        </w:rPr>
        <w:t xml:space="preserve">Subject  </w:t>
      </w:r>
      <w:r>
        <w:t>Your first cleaning visit on [date]</w:t>
      </w:r>
    </w:p>
    <w:p>
      <w:r>
        <w:t>Hi [name],</w:t>
      </w:r>
    </w:p>
    <w:p>
      <w:r>
        <w:t>Thanks for booking with [business]. We will arrive on [date] between [start and end time] at [service address]. Your agreed total is [amount and what it covers], due [when and how].</w:t>
      </w:r>
    </w:p>
    <w:p>
      <w:r>
        <w:t>We will clean [rooms and specific tasks]. The visit does not include [excluded work]. Your agreed extras are [tasks or none]. The attached task list shows the full work we have priced.</w:t>
      </w:r>
    </w:p>
    <w:p>
      <w:r>
        <w:t>Before we arrive, please [clear agreed surfaces, arrange pets and other preparation]. Let us know about any product or surface-care restriction we have not discussed.</w:t>
      </w:r>
    </w:p>
    <w:p>
      <w:r>
        <w:t>We have agreed to enter by [method without codes]. We will follow [agreed lock-up plan] when we leave. Please contact [office contact] if the access plan changes. Use our agreed private method for any code; do not add it to this message.</w:t>
      </w:r>
    </w:p>
    <w:p>
      <w:r>
        <w:t>For changes to the booking, use [contact method]. Your cancellation notice and any fee are in [the agreed terms or attachment]. If you want extra work, tell us before the visit so we can agree the time and price.</w:t>
      </w:r>
    </w:p>
    <w:p>
      <w:r>
        <w:t>If something differs from the agreed task list, contact [name and business contact]. We will discuss what happened and agree the next step. Our service contact hours are [hours]. For immediate danger, use the local emergency number.</w:t>
      </w:r>
    </w:p>
    <w:p>
      <w:r>
        <w:t>Please reply if any booking detail above is wrong. We will check in after this first visit and confirm [the proposed next date / that this is a one-time visit].</w:t>
      </w:r>
    </w:p>
    <w:p>
      <w:r>
        <w:t>Thank you,</w:t>
        <w:br/>
        <w:t>[Name]</w:t>
        <w:br/>
        <w:t>[Business and contact]</w:t>
      </w:r>
    </w:p>
    <w:p>
      <w:pPr>
        <w:pStyle w:val="Heading1"/>
      </w:pPr>
      <w:r>
        <w:t>Before the owner sends this</w:t>
      </w:r>
    </w:p>
    <w:p>
      <w:r>
        <w:t>☐  Dates, task list, price, terms and contact fields are complete and match the booking.</w:t>
      </w:r>
    </w:p>
    <w:p>
      <w:r>
        <w:t>☐  Only this client note and the correct agreed attachments are included.</w:t>
      </w:r>
    </w:p>
    <w:p>
      <w:r>
        <w:t>☐  No crew-only comments, passwords, codes or payment-card details are attached.</w:t>
      </w:r>
    </w:p>
    <w:p>
      <w:pPr>
        <w:pStyle w:val="Title"/>
        <w:pageBreakBefore/>
      </w:pPr>
      <w:r>
        <w:t>First visit crew checklist</w:t>
      </w:r>
    </w:p>
    <w:p>
      <w:r>
        <w:t>CREW COPY • Complete for each new client</w:t>
      </w:r>
    </w:p>
    <w:p>
      <w:r>
        <w:rPr>
          <w:b/>
        </w:rPr>
        <w:t xml:space="preserve">Job and address  </w:t>
      </w:r>
      <w:r>
        <w:t>[Record ID and service address]</w:t>
      </w:r>
    </w:p>
    <w:p>
      <w:r>
        <w:rPr>
          <w:b/>
        </w:rPr>
        <w:t xml:space="preserve">Date and arrival window  </w:t>
      </w:r>
      <w:r>
        <w:t>[Enter details]</w:t>
      </w:r>
    </w:p>
    <w:p>
      <w:r>
        <w:rPr>
          <w:b/>
        </w:rPr>
        <w:t xml:space="preserve">Crew lead and office contact  </w:t>
      </w:r>
      <w:r>
        <w:t>[Enter details]</w:t>
      </w:r>
    </w:p>
    <w:p>
      <w:r>
        <w:rPr>
          <w:b/>
        </w:rPr>
        <w:t xml:space="preserve">Agreed task list  </w:t>
      </w:r>
      <w:r>
        <w:t>[Current version or attachment]</w:t>
      </w:r>
    </w:p>
    <w:p>
      <w:pPr>
        <w:pStyle w:val="Heading1"/>
      </w:pPr>
      <w:r>
        <w:t>Before leaving for the job</w:t>
      </w:r>
    </w:p>
    <w:p>
      <w:r>
        <w:t>☐  Read the included tasks, exclusions, extras and client priorities.</w:t>
      </w:r>
    </w:p>
    <w:p>
      <w:r>
        <w:t>☐  Check parking, entry method and the private access record if needed.</w:t>
      </w:r>
    </w:p>
    <w:p>
      <w:r>
        <w:t>☐  Read pet, product and surface-care instructions. Ask about unclear notes.</w:t>
      </w:r>
    </w:p>
    <w:p>
      <w:r>
        <w:t>☐  Bring the supplies and equipment needed for the agreed work.</w:t>
      </w:r>
    </w:p>
    <w:p>
      <w:pPr>
        <w:pStyle w:val="Heading1"/>
      </w:pPr>
      <w:r>
        <w:t>On arrival</w:t>
      </w:r>
    </w:p>
    <w:p>
      <w:r>
        <w:t>☐  Confirm the right property and safe entry. Do not guess an access code.</w:t>
      </w:r>
    </w:p>
    <w:p>
      <w:r>
        <w:t>☐  Check the home matches the work booked and pets are safely arranged.</w:t>
      </w:r>
    </w:p>
    <w:p>
      <w:r>
        <w:t>☐  If access, safety or scope differs, contact the office before starting affected work.</w:t>
      </w:r>
    </w:p>
    <w:p>
      <w:r>
        <w:t>The owner agrees any price or task change with the client. Record approval before extra work. Follow the emergency plan for immediate danger.</w:t>
      </w:r>
    </w:p>
    <w:p>
      <w:pPr>
        <w:pStyle w:val="Heading1"/>
      </w:pPr>
      <w:r>
        <w:t>Before leaving the home</w:t>
      </w:r>
    </w:p>
    <w:p>
      <w:r>
        <w:t>☐  Check every agreed task. Record anything missed and why.</w:t>
      </w:r>
    </w:p>
    <w:p>
      <w:r>
        <w:t>☐  Take only permitted job photos and keep them in the approved private record.</w:t>
      </w:r>
    </w:p>
    <w:p>
      <w:r>
        <w:t>☐  Report damage, access issues or concerns through the office procedure.</w:t>
      </w:r>
    </w:p>
    <w:p>
      <w:r>
        <w:t>☐  Follow the agreed lock-up plan and confirm pets remain safe.</w:t>
      </w:r>
    </w:p>
    <w:p>
      <w:r>
        <w:rPr>
          <w:b/>
        </w:rPr>
        <w:t xml:space="preserve">Actual time and work left  </w:t>
      </w:r>
      <w:r>
        <w:t>[Start/end or cleaner-hours; unfinished tasks]</w:t>
      </w:r>
    </w:p>
    <w:p>
      <w:r>
        <w:rPr>
          <w:b/>
        </w:rPr>
        <w:t xml:space="preserve">Issue and next action  </w:t>
      </w:r>
      <w:r>
        <w:t>[What happened, owner, deadline; or none]</w:t>
      </w:r>
    </w:p>
    <w:p>
      <w:r>
        <w:rPr>
          <w:b/>
        </w:rPr>
        <w:t xml:space="preserve">Checked by and time  </w:t>
      </w:r>
      <w:r>
        <w:t>[Enter details]</w:t>
      </w:r>
    </w:p>
    <w:p>
      <w:pPr>
        <w:pStyle w:val="Heading1"/>
      </w:pPr>
      <w:r>
        <w:t>Office follow-up</w:t>
      </w:r>
    </w:p>
    <w:p>
      <w:r>
        <w:t>☐  Ask about the first clean the next day using the agreed contact method.</w:t>
      </w:r>
    </w:p>
    <w:p>
      <w:r>
        <w:t>☐  Assign open issues and record the response. Update the next job instructions.</w:t>
      </w:r>
    </w:p>
    <w:p>
      <w:r>
        <w:rPr>
          <w:b/>
        </w:rPr>
        <w:t xml:space="preserve">Next visit  </w:t>
      </w:r>
      <w:r>
        <w:t>[Confirmed date/window or awaiting client reply]</w:t>
      </w:r>
    </w:p>
    <w:p>
      <w:pPr>
        <w:pStyle w:val="Title"/>
        <w:pageBreakBefore/>
      </w:pPr>
      <w:r>
        <w:t>Filled example for one home</w:t>
      </w:r>
    </w:p>
    <w:p>
      <w:r>
        <w:t>TEACHING EXAMPLE • Every name, date and price below is made up</w:t>
      </w:r>
    </w:p>
    <w:p>
      <w:r>
        <w:t>Alex has a two-bedroom, two-bath home with an office. Service is planned every two weeks. The first visit is Tuesday October 6, 2026, with arrival 10–11 a.m. The agreed total is $180 for the listed work. This is not a local price guide. The service address and contact details stay in the private job record.</w:t>
      </w:r>
    </w:p>
    <w:p>
      <w:pPr>
        <w:pStyle w:val="Heading1"/>
      </w:pPr>
      <w:r>
        <w:t>Welcome message to Alex</w:t>
      </w:r>
    </w:p>
    <w:p>
      <w:r>
        <w:t>Hi Alex, thanks for booking. We will arrive on Tuesday October 6 between 10 and 11 a.m. Your first visit is $180 total, due after the clean through the agreed invoice payment method.</w:t>
      </w:r>
    </w:p>
    <w:p>
      <w:r>
        <w:t>We will clean both bathrooms, the kitchen counters and sink, appliance exteriors, reachable dusting and the floors in the two bedrooms, living room and hall. The office, inside appliances and dishes are not included. There are no paid extras.</w:t>
      </w:r>
    </w:p>
    <w:p>
      <w:r>
        <w:t>Please clear the listed surfaces and keep your dog in the office with the door closed. You will let us in. Before we leave, we will check the work with you and you will lock up. We have noted the stone counters and will confirm a suitable product before use. We will not take photos.</w:t>
      </w:r>
    </w:p>
    <w:p>
      <w:r>
        <w:t>Please contact us through your agreed service contact if anything changes. The cancellation terms stay as agreed in your booking. Extra work needs a new agreement on time and price. We will follow up the next day and ask whether October 20 works for the next visit.</w:t>
      </w:r>
    </w:p>
    <w:p>
      <w:pPr>
        <w:pStyle w:val="Heading1"/>
      </w:pPr>
      <w:r>
        <w:t>Separate notes for the crew</w:t>
      </w:r>
    </w:p>
    <w:p>
      <w:r>
        <w:t>Use the address in the private job record. Client opens the door; no key or code needed. Dog stays in excluded office; leave that door closed. Confirm the approved stone-care product with the lead before use. No photos. Check each listed task with Alex before leaving. Alex locks up. Tell the office about any missed work or changed condition.</w:t>
      </w:r>
    </w:p>
    <w:p>
      <w:pPr>
        <w:pStyle w:val="Heading1"/>
      </w:pPr>
      <w:r>
        <w:t>Follow-up the next day</w:t>
      </w:r>
    </w:p>
    <w:p>
      <w:r>
        <w:t>Hi Alex, how did yesterday’s clean go? Was anything on the agreed task list missed? Please tell us the room and task so we can check it. Would Tuesday October 20 work for your next visit? We will confirm the arrival window after you reply.</w:t>
      </w:r>
    </w:p>
    <w:p>
      <w:r>
        <w:t>Office action: record any issue and who will handle it. Update the instructions and confirm the next date with Alex. No reply means the next date is still unconfirmed.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CleanerHQ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cleaning client welcome pack</dc:title>
  <dc:subject/>
  <dc:creator>CleanerHQ</dc:creator>
  <cp:keywords/>
  <dc:description>generated by python-docx</dc:description>
  <cp:lastModifiedBy/>
  <cp:revision>1</cp:revision>
  <dcterms:created xsi:type="dcterms:W3CDTF">2013-12-23T23:15:00Z</dcterms:created>
  <dcterms:modified xsi:type="dcterms:W3CDTF">2013-12-23T23:15:00Z</dcterms:modified>
  <cp:category/>
</cp:coreProperties>
</file>