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val="0"/>
      </w:pPr>
      <w:r>
        <w:t>Cleaning client messages</w:t>
      </w:r>
    </w:p>
    <w:p>
      <w:r>
        <w:t>Ten editable messages for a cleaning owner or office helper. Choose the situation, check the job, fill every bracketed field and send only the message text. The send rules and stop rules are for your team.</w:t>
      </w:r>
    </w:p>
    <w:p>
      <w:r>
        <w:t>These are sample messages, not messages sent to a real client. Keep this blank master file. Save completed versions in your private job record.</w:t>
      </w:r>
    </w:p>
    <w:p>
      <w:pPr>
        <w:pStyle w:val="Heading1"/>
      </w:pPr>
      <w:r>
        <w:t>Before you send</w:t>
      </w:r>
    </w:p>
    <w:p>
      <w:r>
        <w:t>☐  Check the client, job date, time, price and recipient. Read the last message to avoid a duplicate.</w:t>
      </w:r>
    </w:p>
    <w:p>
      <w:r>
        <w:t>☐  Use the channel the client has agreed to. For texts, follow the provider’s current consent, sender and opt-out rules.</w:t>
      </w:r>
    </w:p>
    <w:p>
      <w:r>
        <w:t>☐  Add the required text opt-out wording when it applies. Example: Reply STOP to unsubscribe. Do not remove a footer your sending system supplies.</w:t>
      </w:r>
    </w:p>
    <w:p>
      <w:r>
        <w:t>☐  Honor a request to stop texting, even if the client uses words other than STOP. Update the sending system and office record. Do not use another number to work around an opt-out.</w:t>
      </w:r>
    </w:p>
    <w:p>
      <w:r>
        <w:t>☐  Do not add promotions to a service update without the separate permission needed. A footer or checkbox alone does not cover every legal requirement.</w:t>
      </w:r>
    </w:p>
    <w:p>
      <w:r>
        <w:t>☐  Keep codes, passwords, payment-card details and private staff information out of these messages.</w:t>
      </w:r>
    </w:p>
    <w:p>
      <w:r>
        <w:t>☐  If you promise a reply by a time, assign a person who can meet it.</w:t>
      </w:r>
    </w:p>
    <w:p>
      <w:pPr>
        <w:pStyle w:val="Heading1"/>
      </w:pPr>
      <w:r>
        <w:t>Who decides</w:t>
      </w:r>
    </w:p>
    <w:p>
      <w:r>
        <w:rPr>
          <w:b/>
        </w:rPr>
        <w:t xml:space="preserve">Cleaner  </w:t>
      </w:r>
      <w:r>
        <w:t>Report the facts, current location and work issue to the office. Never text while driving.</w:t>
      </w:r>
    </w:p>
    <w:p>
      <w:r>
        <w:rPr>
          <w:b/>
        </w:rPr>
        <w:t xml:space="preserve">Office  </w:t>
      </w:r>
      <w:r>
        <w:t>Check the schedule, contact the client and record the reply. Confirm the plan with the crew.</w:t>
      </w:r>
    </w:p>
    <w:p>
      <w:r>
        <w:rPr>
          <w:b/>
        </w:rPr>
        <w:t xml:space="preserve">Owner  </w:t>
      </w:r>
      <w:r>
        <w:t>Approve changes in work, price, refunds or return visits. Immediate danger follows the emergency plan.</w:t>
      </w:r>
    </w:p>
    <w:p>
      <w:pPr>
        <w:pStyle w:val="Heading1"/>
      </w:pPr>
      <w:r>
        <w:t>Find your message</w:t>
      </w:r>
    </w:p>
    <w:p>
      <w:r>
        <w:t>1 Booking confirmed • 2 Before-visit reminder • 3 On the way • 4 Late arrival • 5 Unable to enter • 6 Extra work found • 7 Cleaner changed • 8 Work complete • 9 Missed item or re-clean request • 10 Unpaid invoice reminder</w:t>
      </w:r>
    </w:p>
    <w:p>
      <w:r>
        <w:t>Provider and legal guidance checked September 14, 2026. See the article for current source links. Adapt the rules to your location and sending method.</w:t>
      </w:r>
    </w:p>
    <w:p>
      <w:pPr>
        <w:pStyle w:val="Title"/>
        <w:pageBreakBefore/>
      </w:pPr>
      <w:r>
        <w:t>Messages 1 and 2</w:t>
      </w:r>
    </w:p>
    <w:p>
      <w:pPr>
        <w:pStyle w:val="Heading1"/>
      </w:pPr>
      <w:r>
        <w:t>1  Booking confirmed</w:t>
      </w:r>
    </w:p>
    <w:p>
      <w:r>
        <w:rPr>
          <w:b/>
        </w:rPr>
        <w:t xml:space="preserve">Send when  </w:t>
      </w:r>
      <w:r>
        <w:t>The client has agreed the work, price and date, and the crew slot is reserved.</w:t>
      </w:r>
    </w:p>
    <w:p>
      <w:r>
        <w:rPr>
          <w:b/>
        </w:rPr>
        <w:t xml:space="preserve">Sent by  </w:t>
      </w:r>
      <w:r>
        <w:t>Office or owner</w:t>
      </w:r>
    </w:p>
    <w:p>
      <w:r>
        <w:rPr>
          <w:b/>
        </w:rPr>
        <w:t xml:space="preserve">Fill in  </w:t>
      </w:r>
      <w:r>
        <w:t>client, sender, business, date, start time, end time, work summary, total price, payment terms, office contact.</w:t>
      </w:r>
    </w:p>
    <w:p>
      <w:r>
        <w:t>Hi [client], this is [sender] from [business]. Your cleaning visit is booked for [date], with arrival between [start time] and [end time]. We have agreed [work summary] for [total price], due [payment terms]. Please check the attached task list and booking terms. Contact us at [office contact] if any detail is wrong.</w:t>
      </w:r>
    </w:p>
    <w:p>
      <w:r>
        <w:rPr>
          <w:b/>
        </w:rPr>
        <w:t xml:space="preserve">Next step  </w:t>
      </w:r>
      <w:r>
        <w:t>Save the confirmation with the job and correct any mismatch before the visit.</w:t>
      </w:r>
    </w:p>
    <w:p>
      <w:r>
        <w:rPr>
          <w:b/>
        </w:rPr>
        <w:t xml:space="preserve">Stop if  </w:t>
      </w:r>
      <w:r>
        <w:t>Do not call it confirmed while the price, work or crew slot is still unsettled.</w:t>
      </w:r>
    </w:p>
    <w:p>
      <w:pPr>
        <w:pStyle w:val="Heading1"/>
      </w:pPr>
      <w:r>
        <w:t>2  Before-visit reminder</w:t>
      </w:r>
    </w:p>
    <w:p>
      <w:r>
        <w:rPr>
          <w:b/>
        </w:rPr>
        <w:t xml:space="preserve">Send when  </w:t>
      </w:r>
      <w:r>
        <w:t>The visit is still booked and the reminder is due under your agreed contact plan.</w:t>
      </w:r>
    </w:p>
    <w:p>
      <w:r>
        <w:rPr>
          <w:b/>
        </w:rPr>
        <w:t xml:space="preserve">Sent by  </w:t>
      </w:r>
      <w:r>
        <w:t>Office</w:t>
      </w:r>
    </w:p>
    <w:p>
      <w:r>
        <w:rPr>
          <w:b/>
        </w:rPr>
        <w:t xml:space="preserve">Fill in  </w:t>
      </w:r>
      <w:r>
        <w:t>client, sender, business, date, start time, end time, agreed preparation, office contact.</w:t>
      </w:r>
    </w:p>
    <w:p>
      <w:r>
        <w:t>Hi [client], [sender] from [business] here. Your clean is booked for [date], with arrival between [start time] and [end time]. Please [agreed preparation] and follow our agreed pet and entry plan. If anything has changed, contact [office contact]. The work and cancellation terms remain as agreed in your booking.</w:t>
      </w:r>
    </w:p>
    <w:p>
      <w:r>
        <w:rPr>
          <w:b/>
        </w:rPr>
        <w:t xml:space="preserve">Next step  </w:t>
      </w:r>
      <w:r>
        <w:t>Check any reply before the crew travels. Update the job if the plan changes.</w:t>
      </w:r>
    </w:p>
    <w:p>
      <w:r>
        <w:rPr>
          <w:b/>
        </w:rPr>
        <w:t xml:space="preserve">Stop if  </w:t>
      </w:r>
      <w:r>
        <w:t>Do not send after a cancellation or send another reminder that duplicates one already sent.</w:t>
      </w:r>
    </w:p>
    <w:p>
      <w:pPr>
        <w:pStyle w:val="Title"/>
        <w:pageBreakBefore/>
      </w:pPr>
      <w:r>
        <w:t>Messages 3 and 4</w:t>
      </w:r>
    </w:p>
    <w:p>
      <w:pPr>
        <w:pStyle w:val="Heading1"/>
      </w:pPr>
      <w:r>
        <w:t>3  On the way</w:t>
      </w:r>
    </w:p>
    <w:p>
      <w:r>
        <w:rPr>
          <w:b/>
        </w:rPr>
        <w:t xml:space="preserve">Send when  </w:t>
      </w:r>
      <w:r>
        <w:t>The crew has actually left for this client and the arrival estimate has been checked.</w:t>
      </w:r>
    </w:p>
    <w:p>
      <w:r>
        <w:rPr>
          <w:b/>
        </w:rPr>
        <w:t xml:space="preserve">Sent by  </w:t>
      </w:r>
      <w:r>
        <w:t>Office, or the assigned cleaner when permitted and safely parked</w:t>
      </w:r>
    </w:p>
    <w:p>
      <w:r>
        <w:rPr>
          <w:b/>
        </w:rPr>
        <w:t xml:space="preserve">Fill in  </w:t>
      </w:r>
      <w:r>
        <w:t>client, sender, business, start time, end time, office contact.</w:t>
      </w:r>
    </w:p>
    <w:p>
      <w:r>
        <w:t>Hi [client], this is [sender] from [business]. Your cleaning crew is on the way. We expect to arrive between [start time] and [end time]. Please keep the agreed entry ready. If access has changed, call [office contact]. Do not send door codes in this message.</w:t>
      </w:r>
    </w:p>
    <w:p>
      <w:r>
        <w:rPr>
          <w:b/>
        </w:rPr>
        <w:t xml:space="preserve">Next step  </w:t>
      </w:r>
      <w:r>
        <w:t>Tell the office if the estimate changes. Keep the client’s reply with the job.</w:t>
      </w:r>
    </w:p>
    <w:p>
      <w:r>
        <w:rPr>
          <w:b/>
        </w:rPr>
        <w:t xml:space="preserve">Stop if  </w:t>
      </w:r>
      <w:r>
        <w:t>Never send while driving. Do not send an on-the-way message before the crew leaves.</w:t>
      </w:r>
    </w:p>
    <w:p>
      <w:pPr>
        <w:pStyle w:val="Heading1"/>
      </w:pPr>
      <w:r>
        <w:t>4  Late arrival</w:t>
      </w:r>
    </w:p>
    <w:p>
      <w:r>
        <w:rPr>
          <w:b/>
        </w:rPr>
        <w:t xml:space="preserve">Send when  </w:t>
      </w:r>
      <w:r>
        <w:t>The crew reports a delay and the office has checked a realistic new arrival window.</w:t>
      </w:r>
    </w:p>
    <w:p>
      <w:r>
        <w:rPr>
          <w:b/>
        </w:rPr>
        <w:t xml:space="preserve">Sent by  </w:t>
      </w:r>
      <w:r>
        <w:t>Office</w:t>
      </w:r>
    </w:p>
    <w:p>
      <w:r>
        <w:rPr>
          <w:b/>
        </w:rPr>
        <w:t xml:space="preserve">Fill in  </w:t>
      </w:r>
      <w:r>
        <w:t>client, sender, business, delay, start time, end time, office contact.</w:t>
      </w:r>
    </w:p>
    <w:p>
      <w:r>
        <w:t>Hi [client], this is [sender] from [business]. I’m sorry, our crew is running about [delay] late. We now expect to arrive between [start time] and [end time]. Does that still work for you? If it does not, please call [office contact] so we can discuss the options.</w:t>
      </w:r>
    </w:p>
    <w:p>
      <w:r>
        <w:rPr>
          <w:b/>
        </w:rPr>
        <w:t xml:space="preserve">Next step  </w:t>
      </w:r>
      <w:r>
        <w:t>Record the reply and confirm the plan with the crew. Use your agreed call process if a prompt answer is needed.</w:t>
      </w:r>
    </w:p>
    <w:p>
      <w:r>
        <w:rPr>
          <w:b/>
        </w:rPr>
        <w:t xml:space="preserve">Stop if  </w:t>
      </w:r>
      <w:r>
        <w:t>Do not guess a new time, blame another client or promise a discount without approval.</w:t>
      </w:r>
    </w:p>
    <w:p>
      <w:pPr>
        <w:pStyle w:val="Title"/>
        <w:pageBreakBefore/>
      </w:pPr>
      <w:r>
        <w:t>Messages 5 and 6</w:t>
      </w:r>
    </w:p>
    <w:p>
      <w:pPr>
        <w:pStyle w:val="Heading1"/>
      </w:pPr>
      <w:r>
        <w:t>5  Unable to enter</w:t>
      </w:r>
    </w:p>
    <w:p>
      <w:r>
        <w:rPr>
          <w:b/>
        </w:rPr>
        <w:t xml:space="preserve">Send when  </w:t>
      </w:r>
      <w:r>
        <w:t>The crew is at the correct property but cannot use the agreed entry method.</w:t>
      </w:r>
    </w:p>
    <w:p>
      <w:r>
        <w:rPr>
          <w:b/>
        </w:rPr>
        <w:t xml:space="preserve">Sent by  </w:t>
      </w:r>
      <w:r>
        <w:t>Office after checking with the crew</w:t>
      </w:r>
    </w:p>
    <w:p>
      <w:r>
        <w:rPr>
          <w:b/>
        </w:rPr>
        <w:t xml:space="preserve">Fill in  </w:t>
      </w:r>
      <w:r>
        <w:t>client, sender, business, office contact, time agreed by the office.</w:t>
      </w:r>
    </w:p>
    <w:p>
      <w:r>
        <w:t>Hi [client], this is [sender] from [business]. Our crew has arrived for your clean but cannot enter using the agreed plan. Please call [office contact] so we can arrange access. We will wait until [time agreed by the office], then the office will confirm the next step. Please do not send a code in this message.</w:t>
      </w:r>
    </w:p>
    <w:p>
      <w:r>
        <w:rPr>
          <w:b/>
        </w:rPr>
        <w:t xml:space="preserve">Next step  </w:t>
      </w:r>
      <w:r>
        <w:t>Keep the crew in a safe waiting place. Record contact attempts and ask the owner to decide whether to wait or leave.</w:t>
      </w:r>
    </w:p>
    <w:p>
      <w:r>
        <w:rPr>
          <w:b/>
        </w:rPr>
        <w:t xml:space="preserve">Stop if  </w:t>
      </w:r>
      <w:r>
        <w:t>Do not force entry, guess codes, wait somewhere unsafe or apply a lockout fee without checking the agreement.</w:t>
      </w:r>
    </w:p>
    <w:p>
      <w:pPr>
        <w:pStyle w:val="Heading1"/>
      </w:pPr>
      <w:r>
        <w:t>6  Extra work found</w:t>
      </w:r>
    </w:p>
    <w:p>
      <w:r>
        <w:rPr>
          <w:b/>
        </w:rPr>
        <w:t xml:space="preserve">Send when  </w:t>
      </w:r>
      <w:r>
        <w:t>The crew finds work outside the agreed list and the owner has checked the added time and price.</w:t>
      </w:r>
    </w:p>
    <w:p>
      <w:r>
        <w:rPr>
          <w:b/>
        </w:rPr>
        <w:t xml:space="preserve">Sent by  </w:t>
      </w:r>
      <w:r>
        <w:t>Owner or a person allowed to approve quotes</w:t>
      </w:r>
    </w:p>
    <w:p>
      <w:r>
        <w:rPr>
          <w:b/>
        </w:rPr>
        <w:t xml:space="preserve">Fill in  </w:t>
      </w:r>
      <w:r>
        <w:t>client, sender, business, extra task or condition, added work, added price including any applicable tax, new total, extra time.</w:t>
      </w:r>
    </w:p>
    <w:p>
      <w:r>
        <w:t>Hi [client], this is [sender] from [business]. We found [extra task or condition], which is outside the work we agreed. We can offer [added work] for an extra [added price including any applicable tax], making the new total [new total]. It would add about [extra time]. Would you like to approve it? We will not start this extra work until you agree.</w:t>
      </w:r>
    </w:p>
    <w:p>
      <w:r>
        <w:rPr>
          <w:b/>
        </w:rPr>
        <w:t xml:space="preserve">Next step  </w:t>
      </w:r>
      <w:r>
        <w:t>Save clear approval and update the task list and price before the crew starts the extra work.</w:t>
      </w:r>
    </w:p>
    <w:p>
      <w:r>
        <w:rPr>
          <w:b/>
        </w:rPr>
        <w:t xml:space="preserve">Stop if  </w:t>
      </w:r>
      <w:r>
        <w:t>No reply is not approval. Pause if the team lacks time, tools or skills, or the condition is unsafe.</w:t>
      </w:r>
    </w:p>
    <w:p>
      <w:pPr>
        <w:pStyle w:val="Title"/>
        <w:pageBreakBefore/>
      </w:pPr>
      <w:r>
        <w:t>Messages 7 and 8</w:t>
      </w:r>
    </w:p>
    <w:p>
      <w:pPr>
        <w:pStyle w:val="Heading1"/>
      </w:pPr>
      <w:r>
        <w:t>7  Cleaner changed</w:t>
      </w:r>
    </w:p>
    <w:p>
      <w:r>
        <w:rPr>
          <w:b/>
        </w:rPr>
        <w:t xml:space="preserve">Send when  </w:t>
      </w:r>
      <w:r>
        <w:t>A replacement cleaner is assigned and the office has checked the arrival window and any client-specific requirement.</w:t>
      </w:r>
    </w:p>
    <w:p>
      <w:r>
        <w:rPr>
          <w:b/>
        </w:rPr>
        <w:t xml:space="preserve">Sent by  </w:t>
      </w:r>
      <w:r>
        <w:t>Office</w:t>
      </w:r>
    </w:p>
    <w:p>
      <w:r>
        <w:rPr>
          <w:b/>
        </w:rPr>
        <w:t xml:space="preserve">Fill in  </w:t>
      </w:r>
      <w:r>
        <w:t>client, sender, business, replacement cleaner or team, date, usual cleaner or team, start time, end time, office contact.</w:t>
      </w:r>
    </w:p>
    <w:p>
      <w:r>
        <w:t>Hi [client], this is [sender] from [business]. [replacement cleaner or team] will handle your clean on [date] instead of [usual cleaner or team]. Your arrival window is [start time] to [end time]. We have passed on the agreed task list and home instructions. Please contact [office contact] if this change raises a concern before the visit.</w:t>
      </w:r>
    </w:p>
    <w:p>
      <w:r>
        <w:rPr>
          <w:b/>
        </w:rPr>
        <w:t xml:space="preserve">Next step  </w:t>
      </w:r>
      <w:r>
        <w:t>Confirm the replacement has read the job notes. Resolve client concerns before sending the crew.</w:t>
      </w:r>
    </w:p>
    <w:p>
      <w:r>
        <w:rPr>
          <w:b/>
        </w:rPr>
        <w:t xml:space="preserve">Stop if  </w:t>
      </w:r>
      <w:r>
        <w:t>Do not share a cleaner’s private reason for absence or claim a handoff is complete before it is.</w:t>
      </w:r>
    </w:p>
    <w:p>
      <w:pPr>
        <w:pStyle w:val="Heading1"/>
      </w:pPr>
      <w:r>
        <w:t>8  Work complete</w:t>
      </w:r>
    </w:p>
    <w:p>
      <w:r>
        <w:rPr>
          <w:b/>
        </w:rPr>
        <w:t xml:space="preserve">Send when  </w:t>
      </w:r>
      <w:r>
        <w:t>The crew has checked the task list, reported any missed work and followed the lock-up plan.</w:t>
      </w:r>
    </w:p>
    <w:p>
      <w:r>
        <w:rPr>
          <w:b/>
        </w:rPr>
        <w:t xml:space="preserve">Sent by  </w:t>
      </w:r>
      <w:r>
        <w:t>Office or assigned crew lead</w:t>
      </w:r>
    </w:p>
    <w:p>
      <w:r>
        <w:rPr>
          <w:b/>
        </w:rPr>
        <w:t xml:space="preserve">Fill in  </w:t>
      </w:r>
      <w:r>
        <w:t>client, sender, business, Accurate work summary, including anything unfinished and the next step., Accurate lock-up confirmation., office contact.</w:t>
      </w:r>
    </w:p>
    <w:p>
      <w:r>
        <w:t>Hi [client], this is [sender] from [business]. Today’s cleaning visit is finished. [Accurate work summary, including anything unfinished and the next step.] [Accurate lock-up confirmation.] If an agreed item was missed, please contact [office contact] and tell us the room and task so we can check it.</w:t>
      </w:r>
    </w:p>
    <w:p>
      <w:r>
        <w:rPr>
          <w:b/>
        </w:rPr>
        <w:t xml:space="preserve">Next step  </w:t>
      </w:r>
      <w:r>
        <w:t>Save the work record, any permitted photos and any follow-up needed. Send the invoice through the agreed process.</w:t>
      </w:r>
    </w:p>
    <w:p>
      <w:r>
        <w:rPr>
          <w:b/>
        </w:rPr>
        <w:t xml:space="preserve">Stop if  </w:t>
      </w:r>
      <w:r>
        <w:t>Do not say every task is done, the home is locked or photos are attached unless that has been checked.</w:t>
      </w:r>
    </w:p>
    <w:p>
      <w:pPr>
        <w:pStyle w:val="Title"/>
        <w:pageBreakBefore/>
      </w:pPr>
      <w:r>
        <w:t>Messages 9 and 10</w:t>
      </w:r>
    </w:p>
    <w:p>
      <w:pPr>
        <w:pStyle w:val="Heading1"/>
      </w:pPr>
      <w:r>
        <w:t>9  Missed item or re-clean request</w:t>
      </w:r>
    </w:p>
    <w:p>
      <w:r>
        <w:rPr>
          <w:b/>
        </w:rPr>
        <w:t xml:space="preserve">Send when  </w:t>
      </w:r>
      <w:r>
        <w:t>A client reports an item they believe was missed.</w:t>
      </w:r>
    </w:p>
    <w:p>
      <w:r>
        <w:rPr>
          <w:b/>
        </w:rPr>
        <w:t xml:space="preserve">Sent by  </w:t>
      </w:r>
      <w:r>
        <w:t>Office or owner</w:t>
      </w:r>
    </w:p>
    <w:p>
      <w:r>
        <w:rPr>
          <w:b/>
        </w:rPr>
        <w:t xml:space="preserve">Fill in  </w:t>
      </w:r>
      <w:r>
        <w:t>client, sender, business, reported issue, realistic date and time.</w:t>
      </w:r>
    </w:p>
    <w:p>
      <w:r>
        <w:t>Hi [client], this is [sender] from [business]. Thank you for telling us about [reported issue]. I’m sorry this needs follow-up. We will check the agreed task list and speak with the crew. I will contact you by [realistic date and time] with the next step. If a return visit is agreed, we will confirm the work and arrival window with you first.</w:t>
      </w:r>
    </w:p>
    <w:p>
      <w:r>
        <w:rPr>
          <w:b/>
        </w:rPr>
        <w:t xml:space="preserve">Next step  </w:t>
      </w:r>
      <w:r>
        <w:t>Assign a person to check the issue. Compare the booking and work record, then agree any remedy and follow up when promised.</w:t>
      </w:r>
    </w:p>
    <w:p>
      <w:r>
        <w:rPr>
          <w:b/>
        </w:rPr>
        <w:t xml:space="preserve">Stop if  </w:t>
      </w:r>
      <w:r>
        <w:t>Do not blame the client or cleaner, promise an unapproved refund or re-clean, or ask the client to change a review in exchange for help.</w:t>
      </w:r>
    </w:p>
    <w:p>
      <w:pPr>
        <w:pStyle w:val="Heading1"/>
      </w:pPr>
      <w:r>
        <w:t>10  Unpaid invoice reminder</w:t>
      </w:r>
    </w:p>
    <w:p>
      <w:r>
        <w:rPr>
          <w:b/>
        </w:rPr>
        <w:t xml:space="preserve">Send when  </w:t>
      </w:r>
      <w:r>
        <w:t>The invoice is due, the balance is checked, and no payment, dispute or agreed payment plan makes this reminder wrong.</w:t>
      </w:r>
    </w:p>
    <w:p>
      <w:r>
        <w:rPr>
          <w:b/>
        </w:rPr>
        <w:t xml:space="preserve">Sent by  </w:t>
      </w:r>
      <w:r>
        <w:t>Office or owner</w:t>
      </w:r>
    </w:p>
    <w:p>
      <w:r>
        <w:rPr>
          <w:b/>
        </w:rPr>
        <w:t xml:space="preserve">Fill in  </w:t>
      </w:r>
      <w:r>
        <w:t>client, sender, business, invoice number, service date, amount due, due date, trusted invoice link or agreed delivery method, office contact.</w:t>
      </w:r>
    </w:p>
    <w:p>
      <w:r>
        <w:t>Hi [client], this is [sender] from [business]. Invoice [invoice number] for your clean on [service date] shows [amount due] due on [due date]. You can view it using [trusted invoice link or agreed delivery method]. If you have paid or something looks wrong, please contact [office contact] so we can check. Thank you.</w:t>
      </w:r>
    </w:p>
    <w:p>
      <w:r>
        <w:rPr>
          <w:b/>
        </w:rPr>
        <w:t xml:space="preserve">Next step  </w:t>
      </w:r>
      <w:r>
        <w:t>Check the payment record before any further reminder. Handle a query or dispute with the owner.</w:t>
      </w:r>
    </w:p>
    <w:p>
      <w:r>
        <w:rPr>
          <w:b/>
        </w:rPr>
        <w:t xml:space="preserve">Stop if  </w:t>
      </w:r>
      <w:r>
        <w:t>Pause reminders for a disputed or recently paid balance. Do not invent late fees, threaten action or ask for card details by text.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CleanerHQ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client messages</dc:title>
  <dc:subject/>
  <dc:creator>CleanerHQ</dc:creator>
  <cp:keywords/>
  <dc:description>generated by python-docx</dc:description>
  <cp:lastModifiedBy/>
  <cp:revision>1</cp:revision>
  <dcterms:created xsi:type="dcterms:W3CDTF">2013-12-23T23:15:00Z</dcterms:created>
  <dcterms:modified xsi:type="dcterms:W3CDTF">2013-12-23T23:15:00Z</dcterms:modified>
  <cp:category/>
</cp:coreProperties>
</file>